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00"/>
      </w:pPr>
      <w:r>
        <w:rPr>
          <w:rFonts w:ascii="Calibri" w:hAnsi="Calibri" w:eastAsia="Calibri"/>
          <w:b/>
          <w:i w:val="0"/>
          <w:color w:val="000000"/>
          <w:sz w:val="44"/>
        </w:rPr>
        <w:t>ПИСЬМЕННОЕ СОГЛАСИЕ</w:t>
      </w:r>
    </w:p>
    <w:p>
      <w:pPr>
        <w:spacing w:after="280"/>
      </w:pPr>
      <w:r>
        <w:rPr>
          <w:rFonts w:ascii="Calibri" w:hAnsi="Calibri" w:eastAsia="Calibri"/>
          <w:b w:val="0"/>
          <w:i w:val="0"/>
          <w:color w:val="666666"/>
          <w:sz w:val="23"/>
        </w:rPr>
        <w:t>на разглашение сведений, составляющих врачебную тайну, и получение медицинской информации</w:t>
      </w:r>
    </w:p>
    <w:tbl>
      <w:tblPr>
        <w:tblW w:type="dxa" w:w="9360"/>
        <w:jc w:val="left"/>
        <w:tblLayout w:type="fixed"/>
        <w:tblLook w:firstColumn="1" w:firstRow="1" w:lastColumn="0" w:lastRow="0" w:noHBand="0" w:noVBand="1" w:val="04A0"/>
        <w:tblInd w:w="120" w:type="dxa"/>
        <w:tblBorders>
          <w:top w:val="single" w:sz="8" w:space="0" w:color="D6B656"/>
          <w:left w:val="single" w:sz="8" w:space="0" w:color="D6B656"/>
          <w:bottom w:val="single" w:sz="8" w:space="0" w:color="D6B656"/>
          <w:right w:val="single" w:sz="8" w:space="0" w:color="D6B656"/>
          <w:insideH w:val="single" w:sz="8" w:space="0" w:color="D6B656"/>
          <w:insideV w:val="single" w:sz="8" w:space="0" w:color="D6B656"/>
        </w:tblBorders>
      </w:tblPr>
      <w:tblGrid>
        <w:gridCol w:w="9360"/>
      </w:tblGrid>
      <w:tr>
        <w:trPr>
          <w:tblHeader w:val="true"/>
          <w:cantSplit/>
        </w:trPr>
        <w:tc>
          <w:tcPr>
            <w:tcW w:type="dxa" w:w="9360"/>
            <w:tcMar>
              <w:top w:w="80" w:type="dxa"/>
              <w:start w:w="120" w:type="dxa"/>
              <w:bottom w:w="80" w:type="dxa"/>
              <w:end w:w="120" w:type="dxa"/>
            </w:tcMar>
            <w:vAlign w:val="center"/>
            <w:shd w:fill="FFF4CE"/>
          </w:tcPr>
          <w:p>
            <w:pPr>
              <w:spacing w:after="0"/>
            </w:pPr>
            <w:r>
              <w:rPr>
                <w:rFonts w:ascii="Calibri" w:hAnsi="Calibri" w:eastAsia="Calibri"/>
                <w:b/>
                <w:i w:val="0"/>
                <w:color w:val="5A4300"/>
                <w:sz w:val="20"/>
              </w:rPr>
              <w:t>ПРОЕКТ. Адресуется конкретной медицинской организации. Клиника вправе потребовать собственную форму; документ необходимо проверить до подписания.</w:t>
            </w:r>
          </w:p>
        </w:tc>
      </w:tr>
    </w:tbl>
    <w:p>
      <w:pPr>
        <w:spacing w:after="40"/>
      </w:pPr>
    </w:p>
    <w:p>
      <w:pPr>
        <w:pStyle w:val="Heading1"/>
      </w:pPr>
      <w:r>
        <w:t>1. Пациент</w:t>
      </w:r>
    </w:p>
    <w:p>
      <w:pPr>
        <w:spacing w:after="80"/>
      </w:pPr>
      <w:r>
        <w:rPr>
          <w:rFonts w:ascii="Calibri" w:hAnsi="Calibri" w:eastAsia="Calibri"/>
          <w:b/>
          <w:i w:val="0"/>
          <w:color w:val="000000"/>
          <w:sz w:val="22"/>
        </w:rPr>
        <w:t xml:space="preserve">ФИО: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Адрес: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Паспортные данные: </w:t>
      </w:r>
      <w:r>
        <w:rPr>
          <w:rFonts w:ascii="Calibri" w:hAnsi="Calibri" w:eastAsia="Calibri"/>
          <w:b w:val="0"/>
          <w:i w:val="0"/>
          <w:color w:val="000000"/>
          <w:sz w:val="22"/>
        </w:rPr>
        <w:t>__________________________________________________________________________</w:t>
      </w:r>
    </w:p>
    <w:p>
      <w:pPr>
        <w:spacing w:after="80"/>
      </w:pPr>
      <w:r>
        <w:t>__________________________________________________________________________</w:t>
      </w:r>
    </w:p>
    <w:p>
      <w:pPr>
        <w:spacing w:after="80"/>
      </w:pPr>
      <w:r>
        <w:rPr>
          <w:rFonts w:ascii="Calibri" w:hAnsi="Calibri" w:eastAsia="Calibri"/>
          <w:b/>
          <w:i w:val="0"/>
          <w:color w:val="000000"/>
          <w:sz w:val="22"/>
        </w:rPr>
        <w:t xml:space="preserve">Дата рождения: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Телефон и email: </w:t>
      </w:r>
      <w:r>
        <w:rPr>
          <w:rFonts w:ascii="Calibri" w:hAnsi="Calibri" w:eastAsia="Calibri"/>
          <w:b w:val="0"/>
          <w:i w:val="0"/>
          <w:color w:val="000000"/>
          <w:sz w:val="22"/>
        </w:rPr>
        <w:t>__________________________________________________________________________</w:t>
      </w:r>
    </w:p>
    <w:p>
      <w:pPr>
        <w:pStyle w:val="Heading1"/>
      </w:pPr>
      <w:r>
        <w:t>2. Представитель, если применимо</w:t>
      </w:r>
    </w:p>
    <w:p>
      <w:pPr>
        <w:spacing w:after="80"/>
      </w:pPr>
      <w:r>
        <w:rPr>
          <w:rFonts w:ascii="Calibri" w:hAnsi="Calibri" w:eastAsia="Calibri"/>
          <w:b/>
          <w:i w:val="0"/>
          <w:color w:val="000000"/>
          <w:sz w:val="22"/>
        </w:rPr>
        <w:t xml:space="preserve">ФИО, адрес и паспортные данные: </w:t>
      </w:r>
      <w:r>
        <w:rPr>
          <w:rFonts w:ascii="Calibri" w:hAnsi="Calibri" w:eastAsia="Calibri"/>
          <w:b w:val="0"/>
          <w:i w:val="0"/>
          <w:color w:val="000000"/>
          <w:sz w:val="22"/>
        </w:rPr>
        <w:t>__________________________________________________________________________</w:t>
      </w:r>
    </w:p>
    <w:p>
      <w:pPr>
        <w:spacing w:after="80"/>
      </w:pPr>
      <w:r>
        <w:t>__________________________________________________________________________</w:t>
      </w:r>
    </w:p>
    <w:p>
      <w:pPr>
        <w:spacing w:after="80"/>
      </w:pPr>
      <w:r>
        <w:rPr>
          <w:rFonts w:ascii="Calibri" w:hAnsi="Calibri" w:eastAsia="Calibri"/>
          <w:b/>
          <w:i w:val="0"/>
          <w:color w:val="000000"/>
          <w:sz w:val="22"/>
        </w:rPr>
        <w:t xml:space="preserve">Документ о законном представительстве / доверенность: </w:t>
      </w:r>
      <w:r>
        <w:rPr>
          <w:rFonts w:ascii="Calibri" w:hAnsi="Calibri" w:eastAsia="Calibri"/>
          <w:b w:val="0"/>
          <w:i w:val="0"/>
          <w:color w:val="000000"/>
          <w:sz w:val="22"/>
        </w:rPr>
        <w:t>__________________________________________________________________________</w:t>
      </w:r>
    </w:p>
    <w:p>
      <w:pPr>
        <w:spacing w:after="80"/>
      </w:pPr>
      <w:r>
        <w:t>__________________________________________________________________________</w:t>
      </w:r>
    </w:p>
    <w:p>
      <w:pPr>
        <w:pStyle w:val="Heading1"/>
      </w:pPr>
      <w:r>
        <w:t>3. Медицинская организация — адресат согласия</w:t>
      </w:r>
    </w:p>
    <w:p>
      <w:pPr>
        <w:spacing w:after="80"/>
      </w:pPr>
      <w:r>
        <w:rPr>
          <w:rFonts w:ascii="Calibri" w:hAnsi="Calibri" w:eastAsia="Calibri"/>
          <w:b/>
          <w:i w:val="0"/>
          <w:color w:val="000000"/>
          <w:sz w:val="22"/>
        </w:rPr>
        <w:t xml:space="preserve">Полное наименование: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ИНН/ОГРН: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Адрес: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Подразделение / специалист, если требуется: </w:t>
      </w:r>
      <w:r>
        <w:rPr>
          <w:rFonts w:ascii="Calibri" w:hAnsi="Calibri" w:eastAsia="Calibri"/>
          <w:b w:val="0"/>
          <w:i w:val="0"/>
          <w:color w:val="000000"/>
          <w:sz w:val="22"/>
        </w:rPr>
        <w:t>__________________________________________________________________________</w:t>
      </w:r>
    </w:p>
    <w:p>
      <w:pPr>
        <w:pStyle w:val="Heading1"/>
      </w:pPr>
      <w:r>
        <w:t>4. Лицо, которому разрешено раскрытие</w:t>
      </w:r>
    </w:p>
    <w:p>
      <w:pPr>
        <w:spacing w:after="80"/>
      </w:pPr>
      <w:r>
        <w:rPr>
          <w:rFonts w:ascii="Calibri" w:hAnsi="Calibri" w:eastAsia="Calibri"/>
          <w:b/>
          <w:i w:val="0"/>
          <w:color w:val="000000"/>
          <w:sz w:val="22"/>
        </w:rPr>
        <w:t xml:space="preserve">ФИО: </w:t>
      </w:r>
      <w:r>
        <w:rPr>
          <w:rFonts w:ascii="Calibri" w:hAnsi="Calibri" w:eastAsia="Calibri"/>
          <w:b w:val="0"/>
          <w:i w:val="0"/>
          <w:color w:val="000000"/>
          <w:sz w:val="22"/>
        </w:rPr>
        <w:t>Чиканчи Алексей Александрович</w:t>
      </w:r>
    </w:p>
    <w:p>
      <w:pPr>
        <w:spacing w:after="80"/>
      </w:pPr>
      <w:r>
        <w:rPr>
          <w:rFonts w:ascii="Calibri" w:hAnsi="Calibri" w:eastAsia="Calibri"/>
          <w:b/>
          <w:i w:val="0"/>
          <w:color w:val="000000"/>
          <w:sz w:val="22"/>
        </w:rPr>
        <w:t xml:space="preserve">ИНН: </w:t>
      </w:r>
      <w:r>
        <w:rPr>
          <w:rFonts w:ascii="Calibri" w:hAnsi="Calibri" w:eastAsia="Calibri"/>
          <w:b w:val="0"/>
          <w:i w:val="0"/>
          <w:color w:val="000000"/>
          <w:sz w:val="22"/>
        </w:rPr>
        <w:t>110209000869</w:t>
      </w:r>
    </w:p>
    <w:p>
      <w:pPr>
        <w:spacing w:after="80"/>
      </w:pPr>
      <w:r>
        <w:rPr>
          <w:rFonts w:ascii="Calibri" w:hAnsi="Calibri" w:eastAsia="Calibri"/>
          <w:b/>
          <w:i w:val="0"/>
          <w:color w:val="000000"/>
          <w:sz w:val="22"/>
        </w:rPr>
        <w:t xml:space="preserve">Адрес для идентификации: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Телефон: </w:t>
      </w:r>
      <w:r>
        <w:rPr>
          <w:rFonts w:ascii="Calibri" w:hAnsi="Calibri" w:eastAsia="Calibri"/>
          <w:b w:val="0"/>
          <w:i w:val="0"/>
          <w:color w:val="000000"/>
          <w:sz w:val="22"/>
        </w:rPr>
        <w:t>+7 923 554-55-00</w:t>
      </w:r>
    </w:p>
    <w:p>
      <w:pPr>
        <w:spacing w:after="80"/>
      </w:pPr>
      <w:r>
        <w:rPr>
          <w:rFonts w:ascii="Calibri" w:hAnsi="Calibri" w:eastAsia="Calibri"/>
          <w:b/>
          <w:i w:val="0"/>
          <w:color w:val="000000"/>
          <w:sz w:val="22"/>
        </w:rPr>
        <w:t xml:space="preserve">Email для организационной связи: </w:t>
      </w:r>
      <w:r>
        <w:rPr>
          <w:rFonts w:ascii="Calibri" w:hAnsi="Calibri" w:eastAsia="Calibri"/>
          <w:b w:val="0"/>
          <w:i w:val="0"/>
          <w:color w:val="000000"/>
          <w:sz w:val="22"/>
        </w:rPr>
        <w:t>info@apex-assist.ru</w:t>
      </w:r>
    </w:p>
    <w:p>
      <w:pPr>
        <w:pStyle w:val="Heading1"/>
      </w:pPr>
      <w:r>
        <w:t>5. Волеизъявление и цель</w:t>
      </w:r>
    </w:p>
    <w:p>
      <w:r>
        <w:rPr>
          <w:rFonts w:ascii="Calibri" w:hAnsi="Calibri" w:eastAsia="Calibri"/>
          <w:b w:val="0"/>
          <w:i w:val="0"/>
          <w:color w:val="000000"/>
          <w:sz w:val="22"/>
        </w:rPr>
        <w:t>Я разрешаю указанной в разделе 3 Медицинской организации разглашать и предоставлять Чиканчи Алексей Александрович сведения, составляющие мою врачебную тайну, исключительно для административного сопровождения моего обращения, проверки комплектности документов, организации коммуникации и передачи результата мне.</w:t>
      </w:r>
    </w:p>
    <w:p>
      <w:pPr>
        <w:pStyle w:val="Heading1"/>
      </w:pPr>
      <w:r>
        <w:t>6. Перечень разрешённых сведений</w:t>
      </w:r>
    </w:p>
    <w:p>
      <w:pPr>
        <w:pStyle w:val="ListBullet"/>
        <w:ind w:left="540" w:hanging="271"/>
      </w:pPr>
      <w:r>
        <w:rPr>
          <w:rFonts w:ascii="Calibri" w:hAnsi="Calibri" w:eastAsia="Calibri"/>
          <w:b w:val="0"/>
          <w:i w:val="0"/>
          <w:color w:val="000000"/>
          <w:sz w:val="22"/>
        </w:rPr>
        <w:t>факт обращения за медицинской помощью;</w:t>
      </w:r>
    </w:p>
    <w:p>
      <w:pPr>
        <w:pStyle w:val="ListBullet"/>
        <w:ind w:left="540" w:hanging="271"/>
      </w:pPr>
      <w:r>
        <w:rPr>
          <w:rFonts w:ascii="Calibri" w:hAnsi="Calibri" w:eastAsia="Calibri"/>
          <w:b w:val="0"/>
          <w:i w:val="0"/>
          <w:color w:val="000000"/>
          <w:sz w:val="22"/>
        </w:rPr>
        <w:t>сведения о состоянии здоровья и диагнозе;</w:t>
      </w:r>
    </w:p>
    <w:p>
      <w:pPr>
        <w:pStyle w:val="ListBullet"/>
        <w:ind w:left="540" w:hanging="271"/>
      </w:pPr>
      <w:r>
        <w:rPr>
          <w:rFonts w:ascii="Calibri" w:hAnsi="Calibri" w:eastAsia="Calibri"/>
          <w:b w:val="0"/>
          <w:i w:val="0"/>
          <w:color w:val="000000"/>
          <w:sz w:val="22"/>
        </w:rPr>
        <w:t>результаты обследований и сведения о проведённом лечении;</w:t>
      </w:r>
    </w:p>
    <w:p>
      <w:pPr>
        <w:pStyle w:val="ListBullet"/>
        <w:ind w:left="540" w:hanging="271"/>
      </w:pPr>
      <w:r>
        <w:rPr>
          <w:rFonts w:ascii="Calibri" w:hAnsi="Calibri" w:eastAsia="Calibri"/>
          <w:b w:val="0"/>
          <w:i w:val="0"/>
          <w:color w:val="000000"/>
          <w:sz w:val="22"/>
        </w:rPr>
        <w:t>медицинские документы, копии, выписки и заключения;</w:t>
      </w:r>
    </w:p>
    <w:p>
      <w:pPr>
        <w:pStyle w:val="ListBullet"/>
        <w:ind w:left="540" w:hanging="271"/>
      </w:pPr>
      <w:r>
        <w:rPr>
          <w:rFonts w:ascii="Calibri" w:hAnsi="Calibri" w:eastAsia="Calibri"/>
          <w:b w:val="0"/>
          <w:i w:val="0"/>
          <w:color w:val="000000"/>
          <w:sz w:val="22"/>
        </w:rPr>
        <w:t>организационные статусы записи, консультации, исследования или госпитализации;</w:t>
      </w:r>
    </w:p>
    <w:p>
      <w:pPr>
        <w:pStyle w:val="ListBullet"/>
        <w:ind w:left="540" w:hanging="271"/>
      </w:pPr>
      <w:r>
        <w:rPr>
          <w:rFonts w:ascii="Calibri" w:hAnsi="Calibri" w:eastAsia="Calibri"/>
          <w:b w:val="0"/>
          <w:i w:val="0"/>
          <w:color w:val="000000"/>
          <w:sz w:val="22"/>
        </w:rPr>
        <w:t>результат, предусмотренный договором Пациента с Медицинской организацией.</w:t>
      </w:r>
    </w:p>
    <w:p>
      <w:pPr>
        <w:spacing w:after="80"/>
      </w:pPr>
      <w:r>
        <w:rPr>
          <w:rFonts w:ascii="Calibri" w:hAnsi="Calibri" w:eastAsia="Calibri"/>
          <w:b/>
          <w:i w:val="0"/>
          <w:color w:val="000000"/>
          <w:sz w:val="22"/>
        </w:rPr>
        <w:t xml:space="preserve">Ограничения или сокращённый перечень: </w:t>
      </w:r>
      <w:r>
        <w:rPr>
          <w:rFonts w:ascii="Calibri" w:hAnsi="Calibri" w:eastAsia="Calibri"/>
          <w:b w:val="0"/>
          <w:i w:val="0"/>
          <w:color w:val="000000"/>
          <w:sz w:val="22"/>
        </w:rPr>
        <w:t>__________________________________________________________________________</w:t>
      </w:r>
    </w:p>
    <w:p>
      <w:pPr>
        <w:spacing w:after="80"/>
      </w:pPr>
      <w:r>
        <w:t>__________________________________________________________________________</w:t>
      </w:r>
    </w:p>
    <w:p>
      <w:pPr>
        <w:pStyle w:val="Heading1"/>
      </w:pPr>
      <w:r>
        <w:t>7. Разрешённые организационные действия</w:t>
      </w:r>
    </w:p>
    <w:p>
      <w:pPr>
        <w:pStyle w:val="ListBullet"/>
        <w:ind w:left="540" w:hanging="271"/>
      </w:pPr>
      <w:r>
        <w:rPr>
          <w:rFonts w:ascii="Calibri" w:hAnsi="Calibri" w:eastAsia="Calibri"/>
          <w:b w:val="0"/>
          <w:i w:val="0"/>
          <w:color w:val="000000"/>
          <w:sz w:val="22"/>
        </w:rPr>
        <w:t>получать копии и выписки в пределах настоящего согласия;</w:t>
      </w:r>
    </w:p>
    <w:p>
      <w:pPr>
        <w:pStyle w:val="ListBullet"/>
        <w:ind w:left="540" w:hanging="271"/>
      </w:pPr>
      <w:r>
        <w:rPr>
          <w:rFonts w:ascii="Calibri" w:hAnsi="Calibri" w:eastAsia="Calibri"/>
          <w:b w:val="0"/>
          <w:i w:val="0"/>
          <w:color w:val="000000"/>
          <w:sz w:val="22"/>
        </w:rPr>
        <w:t>уточнять комплектность документов и требования к обращению;</w:t>
      </w:r>
    </w:p>
    <w:p>
      <w:pPr>
        <w:pStyle w:val="ListBullet"/>
        <w:ind w:left="540" w:hanging="271"/>
      </w:pPr>
      <w:r>
        <w:rPr>
          <w:rFonts w:ascii="Calibri" w:hAnsi="Calibri" w:eastAsia="Calibri"/>
          <w:b w:val="0"/>
          <w:i w:val="0"/>
          <w:color w:val="000000"/>
          <w:sz w:val="22"/>
        </w:rPr>
        <w:t>передавать Медицинской организации дополнительные материалы по моему поручению;</w:t>
      </w:r>
    </w:p>
    <w:p>
      <w:pPr>
        <w:pStyle w:val="ListBullet"/>
        <w:ind w:left="540" w:hanging="271"/>
      </w:pPr>
      <w:r>
        <w:rPr>
          <w:rFonts w:ascii="Calibri" w:hAnsi="Calibri" w:eastAsia="Calibri"/>
          <w:b w:val="0"/>
          <w:i w:val="0"/>
          <w:color w:val="000000"/>
          <w:sz w:val="22"/>
        </w:rPr>
        <w:t>получать организационные статусы и предусмотренный результат для последующей передачи мне.</w:t>
      </w:r>
    </w:p>
    <w:p>
      <w:pPr>
        <w:pStyle w:val="Heading1"/>
      </w:pPr>
      <w:r>
        <w:t>8. Ограничения полномочий</w:t>
      </w:r>
    </w:p>
    <w:p>
      <w:r>
        <w:rPr>
          <w:rFonts w:ascii="Calibri" w:hAnsi="Calibri" w:eastAsia="Calibri"/>
          <w:b w:val="0"/>
          <w:i w:val="0"/>
          <w:color w:val="000000"/>
          <w:sz w:val="22"/>
        </w:rPr>
        <w:t>Настоящее согласие не предоставляет права принимать медицинские решения, давать согласие на медицинское вмешательство, подписывать договор лечения, изменять назначения, распоряжаться биологическими материалами, получать оригиналы документов либо действовать от моего имени за пределами прямо указанных организационных действий.</w:t>
      </w:r>
    </w:p>
    <w:p>
      <w:r>
        <w:rPr>
          <w:rFonts w:ascii="Calibri" w:hAnsi="Calibri" w:eastAsia="Calibri"/>
          <w:b/>
          <w:i w:val="0"/>
          <w:color w:val="000000"/>
          <w:sz w:val="22"/>
        </w:rPr>
        <w:t>Для оригиналов, стекол, блоков, подписания заявлений и иных представительских действий оформляется отдельная доверенность или форма Медицинской организации.</w:t>
      </w:r>
    </w:p>
    <w:p>
      <w:pPr>
        <w:pStyle w:val="Heading1"/>
      </w:pPr>
      <w:r>
        <w:t>9. Срок и отзыв</w:t>
      </w:r>
    </w:p>
    <w:p>
      <w:pPr>
        <w:spacing w:after="80"/>
      </w:pPr>
      <w:r>
        <w:rPr>
          <w:rFonts w:ascii="Calibri" w:hAnsi="Calibri" w:eastAsia="Calibri"/>
          <w:b/>
          <w:i w:val="0"/>
          <w:color w:val="000000"/>
          <w:sz w:val="22"/>
        </w:rPr>
        <w:t xml:space="preserve">Согласие действует до даты: </w:t>
      </w:r>
      <w:r>
        <w:rPr>
          <w:rFonts w:ascii="Calibri" w:hAnsi="Calibri" w:eastAsia="Calibri"/>
          <w:b w:val="0"/>
          <w:i w:val="0"/>
          <w:color w:val="000000"/>
          <w:sz w:val="22"/>
        </w:rPr>
        <w:t>__________________________________________________________________________</w:t>
      </w:r>
    </w:p>
    <w:p>
      <w:r>
        <w:rPr>
          <w:rFonts w:ascii="Calibri" w:hAnsi="Calibri" w:eastAsia="Calibri"/>
          <w:b w:val="0"/>
          <w:i w:val="0"/>
          <w:color w:val="000000"/>
          <w:sz w:val="22"/>
        </w:rPr>
        <w:t>Согласие может быть отозвано письменным обращением в Медицинскую организацию и уведомлением АПЕКС по адресу info@apex-assist.ru. Отзыв применяется к будущему раскрытию после его получения.</w:t>
      </w:r>
    </w:p>
    <w:p>
      <w:pPr>
        <w:pStyle w:val="Heading1"/>
      </w:pPr>
      <w:r>
        <w:t>10. Подпись</w:t>
      </w:r>
    </w:p>
    <w:p>
      <w:pPr>
        <w:spacing w:after="80"/>
      </w:pPr>
      <w:r>
        <w:rPr>
          <w:rFonts w:ascii="Calibri" w:hAnsi="Calibri" w:eastAsia="Calibri"/>
          <w:b/>
          <w:i w:val="0"/>
          <w:color w:val="000000"/>
          <w:sz w:val="22"/>
        </w:rPr>
        <w:t xml:space="preserve">ФИО Пациента / законного представителя: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Дата: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Подпись и расшифровка: </w:t>
      </w:r>
      <w:r>
        <w:rPr>
          <w:rFonts w:ascii="Calibri" w:hAnsi="Calibri" w:eastAsia="Calibri"/>
          <w:b w:val="0"/>
          <w:i w:val="0"/>
          <w:color w:val="000000"/>
          <w:sz w:val="22"/>
        </w:rPr>
        <w:t>__________________________________________________________________________</w:t>
      </w:r>
    </w:p>
    <w:p>
      <w:pPr>
        <w:spacing w:after="80"/>
      </w:pPr>
      <w:r>
        <w:rPr>
          <w:rFonts w:ascii="Calibri" w:hAnsi="Calibri" w:eastAsia="Calibri"/>
          <w:b/>
          <w:i w:val="0"/>
          <w:color w:val="000000"/>
          <w:sz w:val="22"/>
        </w:rPr>
        <w:t xml:space="preserve">Отметка Медицинской организации о принятии, если требуется: </w:t>
      </w:r>
      <w:r>
        <w:rPr>
          <w:rFonts w:ascii="Calibri" w:hAnsi="Calibri" w:eastAsia="Calibri"/>
          <w:b w:val="0"/>
          <w:i w:val="0"/>
          <w:color w:val="000000"/>
          <w:sz w:val="22"/>
        </w:rPr>
        <w:t>__________________________________________________________________________</w:t>
      </w:r>
    </w:p>
    <w:p>
      <w:pPr>
        <w:spacing w:after="80"/>
      </w:pPr>
      <w:r>
        <w:t>__________________________________________________________________________</w:t>
      </w:r>
    </w:p>
    <w:sectPr w:rsidR="00FC693F" w:rsidRPr="0006063C" w:rsidSect="00034616">
      <w:headerReference w:type="default" r:id="rId9"/>
      <w:footerReference w:type="default" r:id="rId10"/>
      <w:pgSz w:w="12240" w:h="15840"/>
      <w:pgMar w:top="1440" w:right="1440" w:bottom="1440" w:left="1440"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Calibri" w:hAnsi="Calibri" w:eastAsia="Calibri"/>
        <w:b w:val="0"/>
        <w:i w:val="0"/>
        <w:color w:val="666666"/>
        <w:sz w:val="16"/>
      </w:rPr>
      <w:t>Проект для заполнения и юридической проверки</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eastAsia="Calibri"/>
        <w:b w:val="0"/>
        <w:i w:val="0"/>
        <w:color w:val="666666"/>
        <w:sz w:val="17"/>
      </w:rPr>
      <w:t>АПЕКС · Разрешение · врачебная тайна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АПЕКС · Разрешение · врачебная тайна</dc:title>
  <dc:subject>Проект для заполнения и юридической проверки</dc:subject>
  <dc:creator>АПЕКС</dc:creator>
  <cp:keywords/>
  <dc:description/>
  <cp:lastModifiedBy>АПЕКС</cp:lastModifiedBy>
  <cp:revision>1</cp:revision>
  <dcterms:created xsi:type="dcterms:W3CDTF">2026-07-31T12:00:00Z</dcterms:created>
  <dcterms:modified xsi:type="dcterms:W3CDTF">2026-07-31T12:00:00Z</dcterms:modified>
  <cp:category/>
</cp:coreProperties>
</file>